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Судье ______________________</w:t>
      </w:r>
    </w:p>
    <w:p>
      <w:pPr>
        <w:spacing w:after="0" w:line="240" w:lineRule="auto"/>
        <w:jc w:val="right"/>
      </w:pPr>
      <w:r>
        <w:t>от истца/ответчика: Ф.И.О., адрес: __________</w:t>
      </w:r>
    </w:p>
    <w:p>
      <w:pPr>
        <w:spacing w:after="0" w:line="240" w:lineRule="auto"/>
        <w:jc w:val="right"/>
      </w:pPr>
      <w:r>
        <w:t>по делу № __________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ЗАЯВЛЕНИЕ</w:t>
      </w:r>
    </w:p>
    <w:p>
      <w:pPr>
        <w:spacing w:line="240" w:lineRule="auto"/>
        <w:jc w:val="center"/>
      </w:pPr>
      <w:r>
        <w:t>о рассмотрении дела в отсутствие стороны</w:t>
      </w:r>
    </w:p>
    <w:p>
      <w:pPr>
        <w:spacing w:line="240" w:lineRule="auto"/>
        <w:ind w:firstLine="709"/>
        <w:jc w:val="both"/>
      </w:pPr>
      <w:r>
        <w:t>В производстве суда находится гражданское дело № ____ по иску Ф.И.О. к Ф.И.О. о предмет иска. Судебное заседание назначено на дата, время.</w:t>
      </w:r>
    </w:p>
    <w:p>
      <w:pPr>
        <w:spacing w:line="240" w:lineRule="auto"/>
        <w:ind w:firstLine="709"/>
        <w:jc w:val="both"/>
      </w:pPr>
      <w:r>
        <w:t>Явиться в судебное заседание не имею возможности по причине __________. Исковые требования поддерживаю в полном объёме / не признаю, изложенную в возражениях позицию поддерживаю.</w:t>
      </w:r>
    </w:p>
    <w:p>
      <w:pPr>
        <w:spacing w:line="240" w:lineRule="auto"/>
        <w:ind w:firstLine="709"/>
        <w:jc w:val="both"/>
      </w:pPr>
      <w:r>
        <w:t>В соответствии с ч. 5 ст. 167 ГПК РФ стороны вправе просить суд о рассмотрении дела в их отсутствие и направлении им копий решения суда.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ч. 5 ст. 167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Рассмотреть гражданское дело № ____ в судебном заседании дата в моё отсутствие.</w:t>
      </w:r>
    </w:p>
    <w:p>
      <w:pPr>
        <w:pStyle w:val="ListNumber"/>
        <w:spacing w:line="240" w:lineRule="auto"/>
        <w:jc w:val="both"/>
      </w:pPr>
      <w:r>
        <w:t>Копию решения суда направить в мой адрес.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